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Esthetician Intake Form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New client consultation and skin history for facial and skin treatments.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Client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FULL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BIRTH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VISIT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MOBILE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EMAIL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OCCUPATION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EMERGENCY CONTACT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PHONE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REFERRED BY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Skin history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HOW WOULD YOU DESCRIBE YOUR SKIN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Normal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Dry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Oily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Combination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Sensitive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CURRENT CONCERNS (TICK ANY)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Acne or breakouts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Congestion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Pigmentation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Redness or rosacea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Fine lines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Loss of firmness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Dehydration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Scarring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Enlarged pores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Dullness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Sun damage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Uneven texture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CURRENT SKINCARE PRODUCTS AND BRANDS USED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ACTIVE INGREDIENTS IN USE (RETINOIDS, ACIDS, VITAMIN C, BENZOYL PEROXIDE)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PREVIOUS PROFESSIONAL TREATMENTS AND DATES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ANY ADVERSE REACTIONS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Health screening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Some of these affect which treatments are safe. Please complete all of them.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DO ANY OF THESE APPLY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Pregnant or breastfeeding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Accutane or isotretinoin in last 12 months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Active cold sore or infection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Recent sunburn or tanning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Diabetes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Autoimmune condition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Keloid scarring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Epilepsy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Blood thinning medication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Recent facial surgery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Botox or filler in last 2 weeks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Undergoing cancer treatment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KNOWN ALLERGIES (PRODUCTS, LATEX, FRAGRANCE, MEDICATIONS)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CURRENT MEDICATIONS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DETAILS FOR ANYTHING TICKED ABOVE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Lifestyle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DAILY SPF USE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SUN EXPOSURE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SMOKING</w:t>
            </w:r>
          </w:p>
        </w:tc>
        <w:tc>
          <w:tcPr>
            <w:tcW w:type="dxa" w:w="216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WATER INTAKE</w:t>
            </w:r>
          </w:p>
        </w:tc>
      </w:tr>
      <w:tr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16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SLEEP AND STRESS LEVELS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HOME CARE ROUTINE YOU WILL REALISTICALLY KEEP TO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Treatment plan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Completed by the practitioner.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SKIN ANALYSIS FINDINGS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TREATMENT PERFORMED TODAY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PRODUCTS USED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HOME CARE RECOMMENDED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NEXT APPOINTMENT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A patch test is required before any first-time chemical exfoliation, peel or new active product. Record the patch test date and result on this form.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PATCH TEST DATE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PRODUCT TESTED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RESULT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Client declaration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The information I have given is true and complete to the best of my knowledge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the expected outcomes, risks and possible reactions explained to me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agree to follow the aftercare instructions provided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will inform my practitioner of any change to my health or medication before future treatments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CLIENT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PRACTITIONER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