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40"/>
      </w:pPr>
      <w:r>
        <w:rPr>
          <w:sz w:val="4"/>
        </w:rPr>
        <w:t xml:space="preserve"> </w:t>
      </w:r>
    </w:p>
    <w:p>
      <w:pPr>
        <w:spacing w:after="40"/>
      </w:pPr>
      <w:r>
        <w:rPr>
          <w:rFonts w:ascii="Inter" w:hAnsi="Inter"/>
          <w:b/>
          <w:color w:val="15101F"/>
          <w:sz w:val="40"/>
        </w:rPr>
        <w:t>Sign-In Sheet</w:t>
      </w:r>
    </w:p>
    <w:p>
      <w:pPr>
        <w:spacing w:after="280"/>
      </w:pPr>
      <w:r>
        <w:rPr>
          <w:rFonts w:ascii="Inter" w:hAnsi="Inter"/>
          <w:b w:val="0"/>
          <w:color w:val="73707A"/>
          <w:sz w:val="19"/>
        </w:rPr>
        <w:t>A general-purpose sign-in sheet for a meeting, class, training session or event. Print one per session, or fill it online first.</w:t>
      </w:r>
    </w:p>
    <w:p>
      <w:pPr>
        <w:spacing w:after="40"/>
      </w:pPr>
      <w:r>
        <w:rPr>
          <w:rFonts w:ascii="Inter" w:hAnsi="Inter"/>
          <w:b/>
          <w:color w:val="6B3F8B"/>
          <w:sz w:val="26"/>
        </w:rPr>
        <w:t>Session details</w:t>
      </w:r>
    </w:p>
    <w:tbl>
      <w:tblPr>
        <w:tblW w:type="auto" w:w="0"/>
        <w:jc w:val="left"/>
        <w:tblLook w:firstColumn="1" w:firstRow="1" w:lastColumn="0" w:lastRow="0" w:noHBand="0" w:noVBand="1" w:val="04A0"/>
      </w:tblPr>
      <w:tblGrid>
        <w:gridCol w:w="2880"/>
        <w:gridCol w:w="2880"/>
        <w:gridCol w:w="2880"/>
      </w:tblGrid>
      <w:tr>
        <w:tc>
          <w:tcPr>
            <w:tcW w:type="dxa" w:w="2880"/>
          </w:tcPr>
          <w:p>
            <w:r/>
          </w:p>
          <w:p>
            <w:pPr>
              <w:spacing w:after="0"/>
            </w:pPr>
            <w:r>
              <w:rPr>
                <w:rFonts w:ascii="Inter" w:hAnsi="Inter"/>
                <w:b/>
                <w:color w:val="73707A"/>
                <w:sz w:val="15"/>
              </w:rPr>
              <w:t>EVENT, MEETING OR SESSION NAME</w:t>
            </w:r>
          </w:p>
        </w:tc>
        <w:tc>
          <w:tcPr>
            <w:tcW w:type="dxa" w:w="2880"/>
          </w:tcPr>
          <w:p>
            <w:r/>
          </w:p>
          <w:p>
            <w:pPr>
              <w:spacing w:after="0"/>
            </w:pPr>
            <w:r>
              <w:rPr>
                <w:rFonts w:ascii="Inter" w:hAnsi="Inter"/>
                <w:b/>
                <w:color w:val="73707A"/>
                <w:sz w:val="15"/>
              </w:rPr>
              <w:t>DATE</w:t>
            </w:r>
          </w:p>
        </w:tc>
        <w:tc>
          <w:tcPr>
            <w:tcW w:type="dxa" w:w="2880"/>
          </w:tcPr>
          <w:p>
            <w:r/>
          </w:p>
          <w:p>
            <w:pPr>
              <w:spacing w:after="0"/>
            </w:pPr>
            <w:r>
              <w:rPr>
                <w:rFonts w:ascii="Inter" w:hAnsi="Inter"/>
                <w:b/>
                <w:color w:val="73707A"/>
                <w:sz w:val="15"/>
              </w:rPr>
              <w:t>LOCATION OR HOST</w:t>
            </w:r>
          </w:p>
        </w:tc>
      </w:tr>
      <w:tr>
        <w:tc>
          <w:tcPr>
            <w:tcW w:type="dxa" w:w="2880"/>
            <w:tcBorders>
              <w:bottom w:val="single" w:sz="6" w:color="9C97A6"/>
            </w:tcBorders>
          </w:tcPr>
          <w:p>
            <w:r/>
          </w:p>
          <w:p>
            <w:pPr>
              <w:spacing w:after="80"/>
            </w:pPr>
            <w:r>
              <w:rPr>
                <w:rFonts w:ascii="Inter" w:hAnsi="Inter"/>
                <w:b w:val="0"/>
                <w:color w:val="15101F"/>
                <w:sz w:val="18"/>
              </w:rPr>
              <w:t xml:space="preserve"> </w:t>
            </w:r>
          </w:p>
        </w:tc>
        <w:tc>
          <w:tcPr>
            <w:tcW w:type="dxa" w:w="2880"/>
            <w:tcBorders>
              <w:bottom w:val="single" w:sz="6" w:color="9C97A6"/>
            </w:tcBorders>
          </w:tcPr>
          <w:p>
            <w:r/>
          </w:p>
          <w:p>
            <w:pPr>
              <w:spacing w:after="80"/>
            </w:pPr>
            <w:r>
              <w:rPr>
                <w:rFonts w:ascii="Inter" w:hAnsi="Inter"/>
                <w:b w:val="0"/>
                <w:color w:val="15101F"/>
                <w:sz w:val="18"/>
              </w:rPr>
              <w:t xml:space="preserve"> </w:t>
            </w:r>
          </w:p>
        </w:tc>
        <w:tc>
          <w:tcPr>
            <w:tcW w:type="dxa" w:w="2880"/>
            <w:tcBorders>
              <w:bottom w:val="single" w:sz="6" w:color="9C97A6"/>
            </w:tcBorders>
          </w:tcPr>
          <w:p>
            <w:r/>
          </w:p>
          <w:p>
            <w:pPr>
              <w:spacing w:after="80"/>
            </w:pPr>
            <w:r>
              <w:rPr>
                <w:rFonts w:ascii="Inter" w:hAnsi="Inter"/>
                <w:b w:val="0"/>
                <w:color w:val="15101F"/>
                <w:sz w:val="18"/>
              </w:rPr>
              <w:t xml:space="preserve"> </w:t>
            </w:r>
          </w:p>
        </w:tc>
      </w:tr>
    </w:tbl>
    <w:p>
      <w:pPr>
        <w:spacing w:after="40"/>
      </w:pPr>
    </w:p>
    <w:p>
      <w:pPr>
        <w:spacing w:after="160"/>
        <w:ind w:left="170"/>
      </w:pPr>
      <w:r>
        <w:rPr>
          <w:rFonts w:ascii="Inter" w:hAnsi="Inter"/>
          <w:b w:val="0"/>
          <w:color w:val="73707A"/>
          <w:sz w:val="18"/>
        </w:rPr>
        <w:t>Add a row for each attendee as they arrive. Have them note a departure time too if you need to know how long people stayed.</w:t>
      </w:r>
    </w:p>
    <w:p>
      <w:pPr>
        <w:spacing w:after="40"/>
      </w:pPr>
      <w:r>
        <w:rPr>
          <w:rFonts w:ascii="Inter" w:hAnsi="Inter"/>
          <w:b/>
          <w:color w:val="6B3F8B"/>
          <w:sz w:val="26"/>
        </w:rPr>
        <w:t>Attendee record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728"/>
        <w:gridCol w:w="1728"/>
        <w:gridCol w:w="1728"/>
        <w:gridCol w:w="1728"/>
        <w:gridCol w:w="1728"/>
      </w:tblGrid>
      <w:tr>
        <w:tc>
          <w:tcPr>
            <w:tcW w:type="dxa" w:w="1728"/>
            <w:shd w:fill="6B3F8B"/>
          </w:tcPr>
          <w:p>
            <w:r/>
            <w:r>
              <w:rPr>
                <w:rFonts w:ascii="Inter" w:hAnsi="Inter"/>
                <w:b/>
                <w:color w:val="FFFFFF"/>
                <w:sz w:val="16"/>
              </w:rPr>
              <w:t>NAME</w:t>
            </w:r>
          </w:p>
        </w:tc>
        <w:tc>
          <w:tcPr>
            <w:tcW w:type="dxa" w:w="1728"/>
            <w:shd w:fill="6B3F8B"/>
          </w:tcPr>
          <w:p>
            <w:r/>
            <w:r>
              <w:rPr>
                <w:rFonts w:ascii="Inter" w:hAnsi="Inter"/>
                <w:b/>
                <w:color w:val="FFFFFF"/>
                <w:sz w:val="16"/>
              </w:rPr>
              <w:t>ORGANIZATION</w:t>
            </w:r>
          </w:p>
        </w:tc>
        <w:tc>
          <w:tcPr>
            <w:tcW w:type="dxa" w:w="1728"/>
            <w:shd w:fill="6B3F8B"/>
          </w:tcPr>
          <w:p>
            <w:r/>
            <w:r>
              <w:rPr>
                <w:rFonts w:ascii="Inter" w:hAnsi="Inter"/>
                <w:b/>
                <w:color w:val="FFFFFF"/>
                <w:sz w:val="16"/>
              </w:rPr>
              <w:t>CONTACT (EMAIL OR PHONE)</w:t>
            </w:r>
          </w:p>
        </w:tc>
        <w:tc>
          <w:tcPr>
            <w:tcW w:type="dxa" w:w="1728"/>
            <w:shd w:fill="6B3F8B"/>
          </w:tcPr>
          <w:p>
            <w:r/>
            <w:r>
              <w:rPr>
                <w:rFonts w:ascii="Inter" w:hAnsi="Inter"/>
                <w:b/>
                <w:color w:val="FFFFFF"/>
                <w:sz w:val="16"/>
              </w:rPr>
              <w:t>TIME IN</w:t>
            </w:r>
          </w:p>
        </w:tc>
        <w:tc>
          <w:tcPr>
            <w:tcW w:type="dxa" w:w="1728"/>
            <w:shd w:fill="6B3F8B"/>
          </w:tcPr>
          <w:p>
            <w:r/>
            <w:r>
              <w:rPr>
                <w:rFonts w:ascii="Inter" w:hAnsi="Inter"/>
                <w:b/>
                <w:color w:val="FFFFFF"/>
                <w:sz w:val="16"/>
              </w:rPr>
              <w:t>TIME OUT</w:t>
            </w:r>
          </w:p>
        </w:tc>
      </w:tr>
      <w:tr>
        <w:tc>
          <w:tcPr>
            <w:tcW w:type="dxa" w:w="1728"/>
          </w:tcPr>
          <w:p>
            <w:r/>
          </w:p>
        </w:tc>
        <w:tc>
          <w:tcPr>
            <w:tcW w:type="dxa" w:w="1728"/>
          </w:tcPr>
          <w:p>
            <w:r/>
          </w:p>
        </w:tc>
        <w:tc>
          <w:tcPr>
            <w:tcW w:type="dxa" w:w="1728"/>
          </w:tcPr>
          <w:p>
            <w:r/>
          </w:p>
        </w:tc>
        <w:tc>
          <w:tcPr>
            <w:tcW w:type="dxa" w:w="1728"/>
          </w:tcPr>
          <w:p>
            <w:r/>
          </w:p>
        </w:tc>
        <w:tc>
          <w:tcPr>
            <w:tcW w:type="dxa" w:w="1728"/>
          </w:tcPr>
          <w:p>
            <w:r/>
          </w:p>
        </w:tc>
      </w:tr>
      <w:tr>
        <w:tc>
          <w:tcPr>
            <w:tcW w:type="dxa" w:w="1728"/>
          </w:tcPr>
          <w:p>
            <w:r/>
          </w:p>
        </w:tc>
        <w:tc>
          <w:tcPr>
            <w:tcW w:type="dxa" w:w="1728"/>
          </w:tcPr>
          <w:p>
            <w:r/>
          </w:p>
        </w:tc>
        <w:tc>
          <w:tcPr>
            <w:tcW w:type="dxa" w:w="1728"/>
          </w:tcPr>
          <w:p>
            <w:r/>
          </w:p>
        </w:tc>
        <w:tc>
          <w:tcPr>
            <w:tcW w:type="dxa" w:w="1728"/>
          </w:tcPr>
          <w:p>
            <w:r/>
          </w:p>
        </w:tc>
        <w:tc>
          <w:tcPr>
            <w:tcW w:type="dxa" w:w="1728"/>
          </w:tcPr>
          <w:p>
            <w:r/>
          </w:p>
        </w:tc>
      </w:tr>
      <w:tr>
        <w:tc>
          <w:tcPr>
            <w:tcW w:type="dxa" w:w="1728"/>
          </w:tcPr>
          <w:p>
            <w:r/>
          </w:p>
        </w:tc>
        <w:tc>
          <w:tcPr>
            <w:tcW w:type="dxa" w:w="1728"/>
          </w:tcPr>
          <w:p>
            <w:r/>
          </w:p>
        </w:tc>
        <w:tc>
          <w:tcPr>
            <w:tcW w:type="dxa" w:w="1728"/>
          </w:tcPr>
          <w:p>
            <w:r/>
          </w:p>
        </w:tc>
        <w:tc>
          <w:tcPr>
            <w:tcW w:type="dxa" w:w="1728"/>
          </w:tcPr>
          <w:p>
            <w:r/>
          </w:p>
        </w:tc>
        <w:tc>
          <w:tcPr>
            <w:tcW w:type="dxa" w:w="1728"/>
          </w:tcPr>
          <w:p>
            <w:r/>
          </w:p>
        </w:tc>
      </w:tr>
      <w:tr>
        <w:tc>
          <w:tcPr>
            <w:tcW w:type="dxa" w:w="1728"/>
          </w:tcPr>
          <w:p>
            <w:r/>
          </w:p>
        </w:tc>
        <w:tc>
          <w:tcPr>
            <w:tcW w:type="dxa" w:w="1728"/>
          </w:tcPr>
          <w:p>
            <w:r/>
          </w:p>
        </w:tc>
        <w:tc>
          <w:tcPr>
            <w:tcW w:type="dxa" w:w="1728"/>
          </w:tcPr>
          <w:p>
            <w:r/>
          </w:p>
        </w:tc>
        <w:tc>
          <w:tcPr>
            <w:tcW w:type="dxa" w:w="1728"/>
          </w:tcPr>
          <w:p>
            <w:r/>
          </w:p>
        </w:tc>
        <w:tc>
          <w:tcPr>
            <w:tcW w:type="dxa" w:w="1728"/>
          </w:tcPr>
          <w:p>
            <w:r/>
          </w:p>
        </w:tc>
      </w:tr>
      <w:tr>
        <w:tc>
          <w:tcPr>
            <w:tcW w:type="dxa" w:w="1728"/>
          </w:tcPr>
          <w:p>
            <w:r/>
          </w:p>
        </w:tc>
        <w:tc>
          <w:tcPr>
            <w:tcW w:type="dxa" w:w="1728"/>
          </w:tcPr>
          <w:p>
            <w:r/>
          </w:p>
        </w:tc>
        <w:tc>
          <w:tcPr>
            <w:tcW w:type="dxa" w:w="1728"/>
          </w:tcPr>
          <w:p>
            <w:r/>
          </w:p>
        </w:tc>
        <w:tc>
          <w:tcPr>
            <w:tcW w:type="dxa" w:w="1728"/>
          </w:tcPr>
          <w:p>
            <w:r/>
          </w:p>
        </w:tc>
        <w:tc>
          <w:tcPr>
            <w:tcW w:type="dxa" w:w="1728"/>
          </w:tcPr>
          <w:p>
            <w:r/>
          </w:p>
        </w:tc>
      </w:tr>
      <w:tr>
        <w:tc>
          <w:tcPr>
            <w:tcW w:type="dxa" w:w="1728"/>
          </w:tcPr>
          <w:p>
            <w:r/>
          </w:p>
        </w:tc>
        <w:tc>
          <w:tcPr>
            <w:tcW w:type="dxa" w:w="1728"/>
          </w:tcPr>
          <w:p>
            <w:r/>
          </w:p>
        </w:tc>
        <w:tc>
          <w:tcPr>
            <w:tcW w:type="dxa" w:w="1728"/>
          </w:tcPr>
          <w:p>
            <w:r/>
          </w:p>
        </w:tc>
        <w:tc>
          <w:tcPr>
            <w:tcW w:type="dxa" w:w="1728"/>
          </w:tcPr>
          <w:p>
            <w:r/>
          </w:p>
        </w:tc>
        <w:tc>
          <w:tcPr>
            <w:tcW w:type="dxa" w:w="1728"/>
          </w:tcPr>
          <w:p>
            <w:r/>
          </w:p>
        </w:tc>
      </w:tr>
      <w:tr>
        <w:tc>
          <w:tcPr>
            <w:tcW w:type="dxa" w:w="1728"/>
          </w:tcPr>
          <w:p>
            <w:r/>
          </w:p>
        </w:tc>
        <w:tc>
          <w:tcPr>
            <w:tcW w:type="dxa" w:w="1728"/>
          </w:tcPr>
          <w:p>
            <w:r/>
          </w:p>
        </w:tc>
        <w:tc>
          <w:tcPr>
            <w:tcW w:type="dxa" w:w="1728"/>
          </w:tcPr>
          <w:p>
            <w:r/>
          </w:p>
        </w:tc>
        <w:tc>
          <w:tcPr>
            <w:tcW w:type="dxa" w:w="1728"/>
          </w:tcPr>
          <w:p>
            <w:r/>
          </w:p>
        </w:tc>
        <w:tc>
          <w:tcPr>
            <w:tcW w:type="dxa" w:w="1728"/>
          </w:tcPr>
          <w:p>
            <w:r/>
          </w:p>
        </w:tc>
      </w:tr>
      <w:tr>
        <w:tc>
          <w:tcPr>
            <w:tcW w:type="dxa" w:w="1728"/>
          </w:tcPr>
          <w:p>
            <w:r/>
          </w:p>
        </w:tc>
        <w:tc>
          <w:tcPr>
            <w:tcW w:type="dxa" w:w="1728"/>
          </w:tcPr>
          <w:p>
            <w:r/>
          </w:p>
        </w:tc>
        <w:tc>
          <w:tcPr>
            <w:tcW w:type="dxa" w:w="1728"/>
          </w:tcPr>
          <w:p>
            <w:r/>
          </w:p>
        </w:tc>
        <w:tc>
          <w:tcPr>
            <w:tcW w:type="dxa" w:w="1728"/>
          </w:tcPr>
          <w:p>
            <w:r/>
          </w:p>
        </w:tc>
        <w:tc>
          <w:tcPr>
            <w:tcW w:type="dxa" w:w="1728"/>
          </w:tcPr>
          <w:p>
            <w:r/>
          </w:p>
        </w:tc>
      </w:tr>
      <w:tr>
        <w:tc>
          <w:tcPr>
            <w:tcW w:type="dxa" w:w="1728"/>
          </w:tcPr>
          <w:p>
            <w:r/>
          </w:p>
        </w:tc>
        <w:tc>
          <w:tcPr>
            <w:tcW w:type="dxa" w:w="1728"/>
          </w:tcPr>
          <w:p>
            <w:r/>
          </w:p>
        </w:tc>
        <w:tc>
          <w:tcPr>
            <w:tcW w:type="dxa" w:w="1728"/>
          </w:tcPr>
          <w:p>
            <w:r/>
          </w:p>
        </w:tc>
        <w:tc>
          <w:tcPr>
            <w:tcW w:type="dxa" w:w="1728"/>
          </w:tcPr>
          <w:p>
            <w:r/>
          </w:p>
        </w:tc>
        <w:tc>
          <w:tcPr>
            <w:tcW w:type="dxa" w:w="1728"/>
          </w:tcPr>
          <w:p>
            <w:r/>
          </w:p>
        </w:tc>
      </w:tr>
      <w:tr>
        <w:tc>
          <w:tcPr>
            <w:tcW w:type="dxa" w:w="1728"/>
          </w:tcPr>
          <w:p>
            <w:r/>
          </w:p>
        </w:tc>
        <w:tc>
          <w:tcPr>
            <w:tcW w:type="dxa" w:w="1728"/>
          </w:tcPr>
          <w:p>
            <w:r/>
          </w:p>
        </w:tc>
        <w:tc>
          <w:tcPr>
            <w:tcW w:type="dxa" w:w="1728"/>
          </w:tcPr>
          <w:p>
            <w:r/>
          </w:p>
        </w:tc>
        <w:tc>
          <w:tcPr>
            <w:tcW w:type="dxa" w:w="1728"/>
          </w:tcPr>
          <w:p>
            <w:r/>
          </w:p>
        </w:tc>
        <w:tc>
          <w:tcPr>
            <w:tcW w:type="dxa" w:w="1728"/>
          </w:tcPr>
          <w:p>
            <w:r/>
          </w:p>
        </w:tc>
      </w:tr>
      <w:tr>
        <w:tc>
          <w:tcPr>
            <w:tcW w:type="dxa" w:w="1728"/>
          </w:tcPr>
          <w:p>
            <w:r/>
          </w:p>
        </w:tc>
        <w:tc>
          <w:tcPr>
            <w:tcW w:type="dxa" w:w="1728"/>
          </w:tcPr>
          <w:p>
            <w:r/>
          </w:p>
        </w:tc>
        <w:tc>
          <w:tcPr>
            <w:tcW w:type="dxa" w:w="1728"/>
          </w:tcPr>
          <w:p>
            <w:r/>
          </w:p>
        </w:tc>
        <w:tc>
          <w:tcPr>
            <w:tcW w:type="dxa" w:w="1728"/>
          </w:tcPr>
          <w:p>
            <w:r/>
          </w:p>
        </w:tc>
        <w:tc>
          <w:tcPr>
            <w:tcW w:type="dxa" w:w="1728"/>
          </w:tcPr>
          <w:p>
            <w:r/>
          </w:p>
        </w:tc>
      </w:tr>
      <w:tr>
        <w:tc>
          <w:tcPr>
            <w:tcW w:type="dxa" w:w="1728"/>
          </w:tcPr>
          <w:p>
            <w:r/>
          </w:p>
        </w:tc>
        <w:tc>
          <w:tcPr>
            <w:tcW w:type="dxa" w:w="1728"/>
          </w:tcPr>
          <w:p>
            <w:r/>
          </w:p>
        </w:tc>
        <w:tc>
          <w:tcPr>
            <w:tcW w:type="dxa" w:w="1728"/>
          </w:tcPr>
          <w:p>
            <w:r/>
          </w:p>
        </w:tc>
        <w:tc>
          <w:tcPr>
            <w:tcW w:type="dxa" w:w="1728"/>
          </w:tcPr>
          <w:p>
            <w:r/>
          </w:p>
        </w:tc>
        <w:tc>
          <w:tcPr>
            <w:tcW w:type="dxa" w:w="1728"/>
          </w:tcPr>
          <w:p>
            <w:r/>
          </w:p>
        </w:tc>
      </w:tr>
      <w:tr>
        <w:tc>
          <w:tcPr>
            <w:tcW w:type="dxa" w:w="1728"/>
          </w:tcPr>
          <w:p>
            <w:r/>
          </w:p>
        </w:tc>
        <w:tc>
          <w:tcPr>
            <w:tcW w:type="dxa" w:w="1728"/>
          </w:tcPr>
          <w:p>
            <w:r/>
          </w:p>
        </w:tc>
        <w:tc>
          <w:tcPr>
            <w:tcW w:type="dxa" w:w="1728"/>
          </w:tcPr>
          <w:p>
            <w:r/>
          </w:p>
        </w:tc>
        <w:tc>
          <w:tcPr>
            <w:tcW w:type="dxa" w:w="1728"/>
          </w:tcPr>
          <w:p>
            <w:r/>
          </w:p>
        </w:tc>
        <w:tc>
          <w:tcPr>
            <w:tcW w:type="dxa" w:w="1728"/>
          </w:tcPr>
          <w:p>
            <w:r/>
          </w:p>
        </w:tc>
      </w:tr>
      <w:tr>
        <w:tc>
          <w:tcPr>
            <w:tcW w:type="dxa" w:w="1728"/>
          </w:tcPr>
          <w:p>
            <w:r/>
          </w:p>
        </w:tc>
        <w:tc>
          <w:tcPr>
            <w:tcW w:type="dxa" w:w="1728"/>
          </w:tcPr>
          <w:p>
            <w:r/>
          </w:p>
        </w:tc>
        <w:tc>
          <w:tcPr>
            <w:tcW w:type="dxa" w:w="1728"/>
          </w:tcPr>
          <w:p>
            <w:r/>
          </w:p>
        </w:tc>
        <w:tc>
          <w:tcPr>
            <w:tcW w:type="dxa" w:w="1728"/>
          </w:tcPr>
          <w:p>
            <w:r/>
          </w:p>
        </w:tc>
        <w:tc>
          <w:tcPr>
            <w:tcW w:type="dxa" w:w="1728"/>
          </w:tcPr>
          <w:p>
            <w:r/>
          </w:p>
        </w:tc>
      </w:tr>
      <w:tr>
        <w:tc>
          <w:tcPr>
            <w:tcW w:type="dxa" w:w="1728"/>
          </w:tcPr>
          <w:p>
            <w:r/>
          </w:p>
        </w:tc>
        <w:tc>
          <w:tcPr>
            <w:tcW w:type="dxa" w:w="1728"/>
          </w:tcPr>
          <w:p>
            <w:r/>
          </w:p>
        </w:tc>
        <w:tc>
          <w:tcPr>
            <w:tcW w:type="dxa" w:w="1728"/>
          </w:tcPr>
          <w:p>
            <w:r/>
          </w:p>
        </w:tc>
        <w:tc>
          <w:tcPr>
            <w:tcW w:type="dxa" w:w="1728"/>
          </w:tcPr>
          <w:p>
            <w:r/>
          </w:p>
        </w:tc>
        <w:tc>
          <w:tcPr>
            <w:tcW w:type="dxa" w:w="1728"/>
          </w:tcPr>
          <w:p>
            <w:r/>
          </w:p>
        </w:tc>
      </w:tr>
      <w:tr>
        <w:tc>
          <w:tcPr>
            <w:tcW w:type="dxa" w:w="1728"/>
          </w:tcPr>
          <w:p>
            <w:r/>
          </w:p>
        </w:tc>
        <w:tc>
          <w:tcPr>
            <w:tcW w:type="dxa" w:w="1728"/>
          </w:tcPr>
          <w:p>
            <w:r/>
          </w:p>
        </w:tc>
        <w:tc>
          <w:tcPr>
            <w:tcW w:type="dxa" w:w="1728"/>
          </w:tcPr>
          <w:p>
            <w:r/>
          </w:p>
        </w:tc>
        <w:tc>
          <w:tcPr>
            <w:tcW w:type="dxa" w:w="1728"/>
          </w:tcPr>
          <w:p>
            <w:r/>
          </w:p>
        </w:tc>
        <w:tc>
          <w:tcPr>
            <w:tcW w:type="dxa" w:w="1728"/>
          </w:tcPr>
          <w:p>
            <w:r/>
          </w:p>
        </w:tc>
      </w:tr>
      <w:tr>
        <w:tc>
          <w:tcPr>
            <w:tcW w:type="dxa" w:w="1728"/>
          </w:tcPr>
          <w:p>
            <w:r/>
          </w:p>
        </w:tc>
        <w:tc>
          <w:tcPr>
            <w:tcW w:type="dxa" w:w="1728"/>
          </w:tcPr>
          <w:p>
            <w:r/>
          </w:p>
        </w:tc>
        <w:tc>
          <w:tcPr>
            <w:tcW w:type="dxa" w:w="1728"/>
          </w:tcPr>
          <w:p>
            <w:r/>
          </w:p>
        </w:tc>
        <w:tc>
          <w:tcPr>
            <w:tcW w:type="dxa" w:w="1728"/>
          </w:tcPr>
          <w:p>
            <w:r/>
          </w:p>
        </w:tc>
        <w:tc>
          <w:tcPr>
            <w:tcW w:type="dxa" w:w="1728"/>
          </w:tcPr>
          <w:p>
            <w:r/>
          </w:p>
        </w:tc>
      </w:tr>
      <w:tr>
        <w:tc>
          <w:tcPr>
            <w:tcW w:type="dxa" w:w="1728"/>
          </w:tcPr>
          <w:p>
            <w:r/>
          </w:p>
        </w:tc>
        <w:tc>
          <w:tcPr>
            <w:tcW w:type="dxa" w:w="1728"/>
          </w:tcPr>
          <w:p>
            <w:r/>
          </w:p>
        </w:tc>
        <w:tc>
          <w:tcPr>
            <w:tcW w:type="dxa" w:w="1728"/>
          </w:tcPr>
          <w:p>
            <w:r/>
          </w:p>
        </w:tc>
        <w:tc>
          <w:tcPr>
            <w:tcW w:type="dxa" w:w="1728"/>
          </w:tcPr>
          <w:p>
            <w:r/>
          </w:p>
        </w:tc>
        <w:tc>
          <w:tcPr>
            <w:tcW w:type="dxa" w:w="1728"/>
          </w:tcPr>
          <w:p>
            <w:r/>
          </w:p>
        </w:tc>
      </w:tr>
      <w:tr>
        <w:tc>
          <w:tcPr>
            <w:tcW w:type="dxa" w:w="1728"/>
          </w:tcPr>
          <w:p>
            <w:r/>
          </w:p>
        </w:tc>
        <w:tc>
          <w:tcPr>
            <w:tcW w:type="dxa" w:w="1728"/>
          </w:tcPr>
          <w:p>
            <w:r/>
          </w:p>
        </w:tc>
        <w:tc>
          <w:tcPr>
            <w:tcW w:type="dxa" w:w="1728"/>
          </w:tcPr>
          <w:p>
            <w:r/>
          </w:p>
        </w:tc>
        <w:tc>
          <w:tcPr>
            <w:tcW w:type="dxa" w:w="1728"/>
          </w:tcPr>
          <w:p>
            <w:r/>
          </w:p>
        </w:tc>
        <w:tc>
          <w:tcPr>
            <w:tcW w:type="dxa" w:w="1728"/>
          </w:tcPr>
          <w:p>
            <w:r/>
          </w:p>
        </w:tc>
      </w:tr>
      <w:tr>
        <w:tc>
          <w:tcPr>
            <w:tcW w:type="dxa" w:w="1728"/>
          </w:tcPr>
          <w:p>
            <w:r/>
          </w:p>
        </w:tc>
        <w:tc>
          <w:tcPr>
            <w:tcW w:type="dxa" w:w="1728"/>
          </w:tcPr>
          <w:p>
            <w:r/>
          </w:p>
        </w:tc>
        <w:tc>
          <w:tcPr>
            <w:tcW w:type="dxa" w:w="1728"/>
          </w:tcPr>
          <w:p>
            <w:r/>
          </w:p>
        </w:tc>
        <w:tc>
          <w:tcPr>
            <w:tcW w:type="dxa" w:w="1728"/>
          </w:tcPr>
          <w:p>
            <w:r/>
          </w:p>
        </w:tc>
        <w:tc>
          <w:tcPr>
            <w:tcW w:type="dxa" w:w="1728"/>
          </w:tcPr>
          <w:p>
            <w:r/>
          </w:p>
        </w:tc>
      </w:tr>
      <w:tr>
        <w:tc>
          <w:tcPr>
            <w:tcW w:type="dxa" w:w="1728"/>
          </w:tcPr>
          <w:p>
            <w:r/>
          </w:p>
        </w:tc>
        <w:tc>
          <w:tcPr>
            <w:tcW w:type="dxa" w:w="1728"/>
          </w:tcPr>
          <w:p>
            <w:r/>
          </w:p>
        </w:tc>
        <w:tc>
          <w:tcPr>
            <w:tcW w:type="dxa" w:w="1728"/>
          </w:tcPr>
          <w:p>
            <w:r/>
          </w:p>
        </w:tc>
        <w:tc>
          <w:tcPr>
            <w:tcW w:type="dxa" w:w="1728"/>
          </w:tcPr>
          <w:p>
            <w:r/>
          </w:p>
        </w:tc>
        <w:tc>
          <w:tcPr>
            <w:tcW w:type="dxa" w:w="1728"/>
          </w:tcPr>
          <w:p>
            <w:r/>
          </w:p>
        </w:tc>
      </w:tr>
      <w:tr>
        <w:tc>
          <w:tcPr>
            <w:tcW w:type="dxa" w:w="1728"/>
          </w:tcPr>
          <w:p>
            <w:r/>
          </w:p>
        </w:tc>
        <w:tc>
          <w:tcPr>
            <w:tcW w:type="dxa" w:w="1728"/>
          </w:tcPr>
          <w:p>
            <w:r/>
          </w:p>
        </w:tc>
        <w:tc>
          <w:tcPr>
            <w:tcW w:type="dxa" w:w="1728"/>
          </w:tcPr>
          <w:p>
            <w:r/>
          </w:p>
        </w:tc>
        <w:tc>
          <w:tcPr>
            <w:tcW w:type="dxa" w:w="1728"/>
          </w:tcPr>
          <w:p>
            <w:r/>
          </w:p>
        </w:tc>
        <w:tc>
          <w:tcPr>
            <w:tcW w:type="dxa" w:w="1728"/>
          </w:tcPr>
          <w:p>
            <w:r/>
          </w:p>
        </w:tc>
      </w:tr>
      <w:tr>
        <w:tc>
          <w:tcPr>
            <w:tcW w:type="dxa" w:w="1728"/>
          </w:tcPr>
          <w:p>
            <w:r/>
          </w:p>
        </w:tc>
        <w:tc>
          <w:tcPr>
            <w:tcW w:type="dxa" w:w="1728"/>
          </w:tcPr>
          <w:p>
            <w:r/>
          </w:p>
        </w:tc>
        <w:tc>
          <w:tcPr>
            <w:tcW w:type="dxa" w:w="1728"/>
          </w:tcPr>
          <w:p>
            <w:r/>
          </w:p>
        </w:tc>
        <w:tc>
          <w:tcPr>
            <w:tcW w:type="dxa" w:w="1728"/>
          </w:tcPr>
          <w:p>
            <w:r/>
          </w:p>
        </w:tc>
        <w:tc>
          <w:tcPr>
            <w:tcW w:type="dxa" w:w="1728"/>
          </w:tcPr>
          <w:p>
            <w:r/>
          </w:p>
        </w:tc>
      </w:tr>
      <w:tr>
        <w:tc>
          <w:tcPr>
            <w:tcW w:type="dxa" w:w="1728"/>
          </w:tcPr>
          <w:p>
            <w:r/>
          </w:p>
        </w:tc>
        <w:tc>
          <w:tcPr>
            <w:tcW w:type="dxa" w:w="1728"/>
          </w:tcPr>
          <w:p>
            <w:r/>
          </w:p>
        </w:tc>
        <w:tc>
          <w:tcPr>
            <w:tcW w:type="dxa" w:w="1728"/>
          </w:tcPr>
          <w:p>
            <w:r/>
          </w:p>
        </w:tc>
        <w:tc>
          <w:tcPr>
            <w:tcW w:type="dxa" w:w="1728"/>
          </w:tcPr>
          <w:p>
            <w:r/>
          </w:p>
        </w:tc>
        <w:tc>
          <w:tcPr>
            <w:tcW w:type="dxa" w:w="1728"/>
          </w:tcPr>
          <w:p>
            <w:r/>
          </w:p>
        </w:tc>
      </w:tr>
      <w:tr>
        <w:tc>
          <w:tcPr>
            <w:tcW w:type="dxa" w:w="1728"/>
          </w:tcPr>
          <w:p>
            <w:r/>
          </w:p>
        </w:tc>
        <w:tc>
          <w:tcPr>
            <w:tcW w:type="dxa" w:w="1728"/>
          </w:tcPr>
          <w:p>
            <w:r/>
          </w:p>
        </w:tc>
        <w:tc>
          <w:tcPr>
            <w:tcW w:type="dxa" w:w="1728"/>
          </w:tcPr>
          <w:p>
            <w:r/>
          </w:p>
        </w:tc>
        <w:tc>
          <w:tcPr>
            <w:tcW w:type="dxa" w:w="1728"/>
          </w:tcPr>
          <w:p>
            <w:r/>
          </w:p>
        </w:tc>
        <w:tc>
          <w:tcPr>
            <w:tcW w:type="dxa" w:w="1728"/>
          </w:tcPr>
          <w:p>
            <w:r/>
          </w:p>
        </w:tc>
      </w:tr>
      <w:tr>
        <w:tc>
          <w:tcPr>
            <w:tcW w:type="dxa" w:w="1728"/>
          </w:tcPr>
          <w:p>
            <w:r/>
          </w:p>
        </w:tc>
        <w:tc>
          <w:tcPr>
            <w:tcW w:type="dxa" w:w="1728"/>
          </w:tcPr>
          <w:p>
            <w:r/>
          </w:p>
        </w:tc>
        <w:tc>
          <w:tcPr>
            <w:tcW w:type="dxa" w:w="1728"/>
          </w:tcPr>
          <w:p>
            <w:r/>
          </w:p>
        </w:tc>
        <w:tc>
          <w:tcPr>
            <w:tcW w:type="dxa" w:w="1728"/>
          </w:tcPr>
          <w:p>
            <w:r/>
          </w:p>
        </w:tc>
        <w:tc>
          <w:tcPr>
            <w:tcW w:type="dxa" w:w="1728"/>
          </w:tcPr>
          <w:p>
            <w:r/>
          </w:p>
        </w:tc>
      </w:tr>
      <w:tr>
        <w:tc>
          <w:tcPr>
            <w:tcW w:type="dxa" w:w="1728"/>
          </w:tcPr>
          <w:p>
            <w:r/>
          </w:p>
        </w:tc>
        <w:tc>
          <w:tcPr>
            <w:tcW w:type="dxa" w:w="1728"/>
          </w:tcPr>
          <w:p>
            <w:r/>
          </w:p>
        </w:tc>
        <w:tc>
          <w:tcPr>
            <w:tcW w:type="dxa" w:w="1728"/>
          </w:tcPr>
          <w:p>
            <w:r/>
          </w:p>
        </w:tc>
        <w:tc>
          <w:tcPr>
            <w:tcW w:type="dxa" w:w="1728"/>
          </w:tcPr>
          <w:p>
            <w:r/>
          </w:p>
        </w:tc>
        <w:tc>
          <w:tcPr>
            <w:tcW w:type="dxa" w:w="1728"/>
          </w:tcPr>
          <w:p>
            <w:r/>
          </w:p>
        </w:tc>
      </w:tr>
      <w:tr>
        <w:tc>
          <w:tcPr>
            <w:tcW w:type="dxa" w:w="1728"/>
          </w:tcPr>
          <w:p>
            <w:r/>
          </w:p>
        </w:tc>
        <w:tc>
          <w:tcPr>
            <w:tcW w:type="dxa" w:w="1728"/>
          </w:tcPr>
          <w:p>
            <w:r/>
          </w:p>
        </w:tc>
        <w:tc>
          <w:tcPr>
            <w:tcW w:type="dxa" w:w="1728"/>
          </w:tcPr>
          <w:p>
            <w:r/>
          </w:p>
        </w:tc>
        <w:tc>
          <w:tcPr>
            <w:tcW w:type="dxa" w:w="1728"/>
          </w:tcPr>
          <w:p>
            <w:r/>
          </w:p>
        </w:tc>
        <w:tc>
          <w:tcPr>
            <w:tcW w:type="dxa" w:w="1728"/>
          </w:tcPr>
          <w:p>
            <w:r/>
          </w:p>
        </w:tc>
      </w:tr>
    </w:tbl>
    <w:p>
      <w:pPr>
        <w:spacing w:after="80"/>
      </w:pPr>
    </w:p>
    <w:sectPr w:rsidR="00FC693F" w:rsidRPr="0006063C" w:rsidSect="00034616">
      <w:footerReference w:type="default" r:id="rId9"/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color w:val="73707A"/>
        <w:sz w:val="16"/>
      </w:rPr>
      <w:t>Free template from Lead Source. leadsource.co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Inter" w:hAnsi="Inter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