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Visitor Log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A rolling, multi-day log for reception desks. Runs across several days on one sheet rather than one sheet per day.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SITE / BUILDING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LOG PERIOD FROM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TO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SHEET NO.</w:t>
            </w:r>
          </w:p>
        </w:tc>
      </w:tr>
      <w:tr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Use a rolling log where visitor volume is low and a daily sheet would mostly sit empty. Where you need an evacuation roll call, use a separate sign-in sheet for each day instead.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Visitor log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VISITOR NAME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ORGANISATION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HOST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PURPOSE OF VISIT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IN</w:t>
            </w:r>
          </w:p>
        </w:tc>
        <w:tc>
          <w:tcPr>
            <w:tcW w:type="dxa" w:w="1234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OUT</w:t>
            </w:r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</w:tbl>
    <w:p>
      <w:pPr>
        <w:spacing w:after="8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Record keeping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Completed sheets are stored securely and access is restricted to authorised staff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Sheets are retained only as long as needed, then destroyed securely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Visitors have been told what the log is for and how long it is kept</w:t>
      </w: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A visitor log holds personal information. Tell people why you are collecting it, keep it out of public view at the desk, and set a retention period rather than keeping sheets indefinitely.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